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וצמיחה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מהות חג ט״ו בשבט כחג הצמיחה והשורשים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 הצמיחה של עצים לצרכי הצמיחה של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אחריות סביבתית דרך דוגמאות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אדמה, מים ושמש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חברים, עידוד ומנוחה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מזהים עצים ומודדים היקף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שקיות זרעים מעוצבות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צריכת נייר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השפעה על צל, אוויר וטמפרטורה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בודקים אלרגיות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נבנה עץ כיתתי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הכיתה עובדת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נושא דיון על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בדף עבור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מערכתית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(יסודי ד׳-ו׳)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שתילה עם אחראי הגינה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אלרגיות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עציצים ופירות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לחלק תורנות השקיה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מעקב שבועי אחרי הצמחים בתמונות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שורש אחד (משפחה/מקום/ערכים) והסבר כיצד הוא תומך בצמיחה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מעשי וברור הקשור לשמירה על הסביבה, למשל חיסכון בנייר או מיחזור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אדמה, מים ושמש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מהדף כמו עץ הכיתה, טעימת פירות או נטיעה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למשפחה, למקום או לערכים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בין חלק ההתאמה לעלים/פירות לבין דיון על שורשים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לבדוק מראש אלרגיות אם מתכננים טעימה בכיתה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אפשר להתמקד בחלקי מ״ת (match ו-tf) הפשוטים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וצמיחה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ט״ו בשבט הוא חג העצים, ובו עוסקים בצמיחה, בשורשים ובאחריות שלנו כלפי הסביבה. בדף הזה נתרגל את הרעיונות והפעילויות שמככבים בחג.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עץ צריך כדי לצמוח,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אדמה, מים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המקביל האנושי לצרכי הצמיחה של עץ,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כסף, בגדים,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חברים, עידוד ומנוחה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וטלוויזיה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שיעורים וספרים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בסיור העצים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מזהים עצים ומודדים היקף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צובעים את העצים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בונים בית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מכינים במפעל שקיות הזרעים?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שקיות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שקיות זרעים מעוצבות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תיקי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 הפרויקט האקולוגי בחטיבת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צריכת מים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צריכת נייר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האשפה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העצים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חוקרים בתיכון לגבי עצים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העלים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השפעה על צל, אוויר וטמפרטורה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 העצים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ט״ו בשבט הקטן טועמים פירות בלי לבדוק קודם אלרגיות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הכיתה כל ילד מדביק עלה עם 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שתילה בכיתה נעשית לבד על ידי כל ילד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בחטיבת הביניים דנים בשאלה מה מחבר אותנו למקום ולמשפחה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התלמידים מובילים בעצמם את סדר ט״ו בשבט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ט״ו בשבט נקרא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שעץ יצמח הוא זקוק לאדמה, מים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בסיור העצים בחצר מודדים את ה__________ של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הפרויקט האקולוגי בודק את צריכת ה__________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בתיכון דנים באחריות סביבתית אישית מול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הגיל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עלה עם שם הילד על עץ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השוואה בין צרכי עץ לצרכי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דיון אישי על שורשים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חקר השפעת עצים על הסביבה העירונית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מדידת היקף עצים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חטיבת 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אלרגיות לפני טעימה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שתילה עם אחראי הגינה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מעקב שבועי אחרי הצמחים בתמונות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עציצים ופירות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תורנות השקיה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הם ה'שורשים' שלכם - משפחה, מקום או ערכים - ואיך הם עוזרים לכם לצמוח?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אחד לפרויקט סביבתי קטן שאפשר לקיים בכיתה בעקבות ט״ו בשבט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עץ צריך כדי לצמוח?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שמתאימה לחג ט״ו בשבט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'שורשים' מבחינה אישית, לא רק של 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ט״ו בשבט – שורשים וצמיחה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